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5: Division with Remainders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Find 74 div 8. Write the quotient and remainder.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A van holds 9 students. How many vans for 40 students? Explain the remainder.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Find 512 div 16 and name one factor of 512.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divide and explain the remainder.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